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right"/>
      </w:pPr>
      <w:r>
        <w:rPr>
          <w:rFonts w:ascii="Arial" w:hAnsi="Arial" w:cs="Arial"/>
          <w:b/>
          <w:color w:val="7C3AED"/>
          <w:sz w:val="28"/>
          <w:rtl w:val="1"/>
          <w:bCs/>
          <w:szCs w:val="28"/>
        </w:rPr>
        <w:t>🎯 חידות וטריוויה – משחקי חשיבה לכיתה</w:t>
      </w:r>
    </w:p>
    <w:p>
      <w:pPr>
        <w:bidi w:val="1"/>
        <w:jc w:val="right"/>
      </w:pPr>
      <w:r>
        <w:rPr>
          <w:rFonts w:ascii="Arial" w:hAnsi="Arial" w:cs="Arial"/>
          <w:sz w:val="96"/>
          <w:rtl w:val="1"/>
          <w:szCs w:val="96"/>
        </w:rPr>
        <w:t>🚀</w:t>
      </w:r>
    </w:p>
    <w:p>
      <w:pPr>
        <w:pStyle w:val="Heading1"/>
        <w:bidi w:val="1"/>
        <w:jc w:val="right"/>
      </w:pPr>
      <w:r>
        <w:rPr>
          <w:rFonts w:ascii="Arial" w:hAnsi="Arial" w:cs="Arial"/>
          <w:b/>
          <w:color w:val="7C3AED"/>
          <w:sz w:val="40"/>
          <w:rtl w:val="1"/>
          <w:bCs/>
          <w:szCs w:val="40"/>
        </w:rPr>
        <w:t>חידות וטריוויה</w:t>
      </w:r>
    </w:p>
    <w:p>
      <w:pPr>
        <w:bidi w:val="1"/>
        <w:jc w:val="right"/>
      </w:pPr>
      <w:r>
        <w:rPr>
          <w:rFonts w:ascii="Arial" w:hAnsi="Arial" w:cs="Arial"/>
          <w:sz w:val="28"/>
          <w:rtl w:val="1"/>
          <w:szCs w:val="28"/>
        </w:rPr>
        <w:t>משחקי חשיבה לכיתה – ג׳–ד׳</w:t>
      </w:r>
    </w:p>
    <w:p>
      <w:pPr>
        <w:bidi w:val="1"/>
        <w:jc w:val="right"/>
        <w:shd w:val="clear" w:fill="EDE9FE"/>
      </w:pPr>
      <w:r>
        <w:rPr>
          <w:rFonts w:ascii="Arial" w:hAnsi="Arial" w:cs="Arial"/>
          <w:b/>
          <w:sz w:val="28"/>
          <w:rtl w:val="1"/>
          <w:bCs/>
          <w:szCs w:val="28"/>
        </w:rPr>
        <w:t>רמה: ג׳–ד׳</w:t>
      </w:r>
    </w:p>
    <w:p>
      <w:pPr>
        <w:bidi w:val="1"/>
        <w:jc w:val="right"/>
        <w:shd w:val="clear" w:fill="FFF3D6"/>
      </w:pPr>
      <w:r>
        <w:rPr>
          <w:rFonts w:ascii="Arial" w:hAnsi="Arial" w:cs="Arial"/>
          <w:b/>
          <w:color w:val="7C3AED"/>
          <w:sz w:val="36"/>
          <w:rtl w:val="1"/>
          <w:bCs/>
          <w:szCs w:val="36"/>
        </w:rPr>
        <w:t>📗 חוברת מלאה: מהדורה למורה + דפי תלמיד/ה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יצרה: רוית ראש בן ישי</w:t>
      </w:r>
    </w:p>
    <w:p>
      <w:r>
        <w:br w:type="page"/>
      </w:r>
    </w:p>
    <w:p>
      <w:pPr>
        <w:pStyle w:val="Heading2"/>
        <w:bidi w:val="1"/>
        <w:jc w:val="right"/>
      </w:pPr>
      <w:r>
        <w:rPr>
          <w:rFonts w:ascii="Arial" w:hAnsi="Arial" w:cs="Arial"/>
          <w:b/>
          <w:color w:val="7C3AED"/>
          <w:sz w:val="30"/>
          <w:rtl w:val="1"/>
          <w:bCs/>
          <w:szCs w:val="30"/>
        </w:rPr>
        <w:t>📑 תוכן העניינים</w:t>
      </w:r>
    </w:p>
    <w:p>
      <w:pPr>
        <w:bidi w:val="1"/>
        <w:jc w:val="right"/>
      </w:pPr>
      <w:hyperlink w:anchor="ttop">
        <w:r>
          <w:rPr>
            <w:rtl w:val="1"/>
            <w:u w:val="single"/>
            <w:color w:val="1E40AF"/>
          </w:rPr>
          <w:t xml:space="preserve">• 👩‍🏫 מהדורה למורה</w:t>
        </w:r>
      </w:hyperlink>
    </w:p>
    <w:p>
      <w:pPr>
        <w:bidi w:val="1"/>
        <w:jc w:val="right"/>
      </w:pPr>
      <w:hyperlink w:anchor="tkA">
        <w:r>
          <w:rPr>
            <w:rtl w:val="1"/>
            <w:u w:val="single"/>
            <w:color w:val="1E40AF"/>
          </w:rPr>
          <w:t xml:space="preserve">• מפתח – חלק א׳</w:t>
        </w:r>
      </w:hyperlink>
    </w:p>
    <w:p>
      <w:pPr>
        <w:bidi w:val="1"/>
        <w:jc w:val="right"/>
      </w:pPr>
      <w:hyperlink w:anchor="tkB">
        <w:r>
          <w:rPr>
            <w:rtl w:val="1"/>
            <w:u w:val="single"/>
            <w:color w:val="1E40AF"/>
          </w:rPr>
          <w:t xml:space="preserve">• מפתח – חלק ב׳</w:t>
        </w:r>
      </w:hyperlink>
    </w:p>
    <w:p>
      <w:pPr>
        <w:bidi w:val="1"/>
        <w:jc w:val="right"/>
      </w:pPr>
      <w:hyperlink w:anchor="tkC">
        <w:r>
          <w:rPr>
            <w:rtl w:val="1"/>
            <w:u w:val="single"/>
            <w:color w:val="1E40AF"/>
          </w:rPr>
          <w:t xml:space="preserve">• מפתח – חלק ג׳</w:t>
        </w:r>
      </w:hyperlink>
    </w:p>
    <w:p>
      <w:pPr>
        <w:bidi w:val="1"/>
        <w:jc w:val="right"/>
      </w:pPr>
      <w:hyperlink w:anchor="stop">
        <w:r>
          <w:rPr>
            <w:rtl w:val="1"/>
            <w:u w:val="single"/>
            <w:color w:val="1E40AF"/>
          </w:rPr>
          <w:t xml:space="preserve">• דפי התלמיד/ה</w:t>
        </w:r>
      </w:hyperlink>
    </w:p>
    <w:p>
      <w:pPr>
        <w:bidi w:val="1"/>
        <w:jc w:val="right"/>
      </w:pPr>
      <w:hyperlink w:anchor="sA">
        <w:r>
          <w:rPr>
            <w:rtl w:val="1"/>
            <w:u w:val="single"/>
            <w:color w:val="1E40AF"/>
          </w:rPr>
          <w:t xml:space="preserve">• חלק א׳</w:t>
        </w:r>
      </w:hyperlink>
    </w:p>
    <w:p>
      <w:pPr>
        <w:bidi w:val="1"/>
        <w:jc w:val="right"/>
      </w:pPr>
      <w:hyperlink w:anchor="sB">
        <w:r>
          <w:rPr>
            <w:rtl w:val="1"/>
            <w:u w:val="single"/>
            <w:color w:val="1E40AF"/>
          </w:rPr>
          <w:t xml:space="preserve">• חלק ב׳</w:t>
        </w:r>
      </w:hyperlink>
    </w:p>
    <w:p>
      <w:pPr>
        <w:bidi w:val="1"/>
        <w:jc w:val="right"/>
      </w:pPr>
      <w:hyperlink w:anchor="sC">
        <w:r>
          <w:rPr>
            <w:rtl w:val="1"/>
            <w:u w:val="single"/>
            <w:color w:val="1E40AF"/>
          </w:rPr>
          <w:t xml:space="preserve">• חלק ג׳</w:t>
        </w:r>
      </w:hyperlink>
    </w:p>
    <w:p>
      <w:pPr>
        <w:bidi w:val="1"/>
        <w:jc w:val="right"/>
      </w:pPr>
      <w:hyperlink w:anchor="sE">
        <w:r>
          <w:rPr>
            <w:rtl w:val="1"/>
            <w:u w:val="single"/>
            <w:color w:val="1E40AF"/>
          </w:rPr>
          <w:t xml:space="preserve">• חדר בריחה</w:t>
        </w:r>
      </w:hyperlink>
    </w:p>
    <w:p>
      <w:pPr>
        <w:bidi w:val="1"/>
        <w:jc w:val="right"/>
      </w:pPr>
      <w:hyperlink w:anchor="sW">
        <w:r>
          <w:rPr>
            <w:rtl w:val="1"/>
            <w:u w:val="single"/>
            <w:color w:val="1E40AF"/>
          </w:rPr>
          <w:t xml:space="preserve">• חידה משלי</w:t>
        </w:r>
      </w:hyperlink>
    </w:p>
    <w:p>
      <w:pPr>
        <w:pStyle w:val="Heading1"/>
        <w:bidi w:val="1"/>
        <w:jc w:val="right"/>
      </w:pPr>
      <w:bookmarkStart w:id="17863" w:name="ttop"/>
      <w:r>
        <w:rPr>
          <w:rFonts w:ascii="Arial" w:hAnsi="Arial" w:cs="Arial"/>
          <w:b/>
          <w:color w:val="7C3AED"/>
          <w:sz w:val="40"/>
          <w:rtl w:val="1"/>
          <w:bCs/>
          <w:szCs w:val="40"/>
        </w:rPr>
        <w:t>👩‍🏫 מהדורה למורה</w:t>
      </w:r>
      <w:bookmarkEnd w:id="17863"/>
    </w:p>
    <w:p>
      <w:pPr>
        <w:bidi w:val="1"/>
        <w:jc w:val="right"/>
      </w:pPr>
      <w:r>
        <w:rPr>
          <w:rFonts w:ascii="Arial" w:hAnsi="Arial" w:cs="Arial"/>
          <w:b/>
          <w:sz w:val="26"/>
          <w:rtl w:val="1"/>
          <w:bCs/>
          <w:szCs w:val="26"/>
        </w:rPr>
        <w:t>המהדורה למורה מרכזת מטרות, הצעה להפעלה ומפתחות תשובות מלאים לרמה זו. דפי התלמיד/ה מופיעים אחריה, בעמודים נפרדים.</w:t>
      </w:r>
    </w:p>
    <w:p>
      <w:pPr>
        <w:pStyle w:val="Heading2"/>
        <w:bidi w:val="1"/>
        <w:jc w:val="right"/>
      </w:pPr>
      <w:bookmarkStart w:id="18057" w:name="tgoal"/>
      <w:r>
        <w:rPr>
          <w:rFonts w:ascii="Arial" w:hAnsi="Arial" w:cs="Arial"/>
          <w:b/>
          <w:color w:val="7C3AED"/>
          <w:sz w:val="30"/>
          <w:rtl w:val="1"/>
          <w:bCs/>
          <w:szCs w:val="30"/>
        </w:rPr>
        <w:t>🎯 מטרות והפעלה</w:t>
      </w:r>
      <w:bookmarkEnd w:id="18057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תרגול חשיבה לוגית וכמותית, הסקה ואוצר מילים.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היכרות עם מקומות, טבע, שפה ומורשת בישראל.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עבודת צוות, הקשבה ורוח ספורטיבית.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1. פותחים במחשב הכיתה את האתר chidot-trivia.sites.tab.bot ובוחרים את הרמה.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2. מצב 'כיתה / מקרן' – 2–4 קבוצות; מצב 'יחידים' – כוכבים במכשיר אישי.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3. מחלקים את דפי התלמיד/ה; אחרי כל חלק בודקים יחד עם מפתח התשובות.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4. מסיימים בכרטיס היציאה.</w:t>
      </w:r>
    </w:p>
    <w:p>
      <w:pPr>
        <w:pStyle w:val="Heading2"/>
        <w:bidi w:val="1"/>
        <w:jc w:val="right"/>
      </w:pPr>
      <w:bookmarkStart w:id="50865" w:name="tkA"/>
      <w:r>
        <w:rPr>
          <w:rFonts w:ascii="Arial" w:hAnsi="Arial" w:cs="Arial"/>
          <w:b/>
          <w:color w:val="7C3AED"/>
          <w:sz w:val="30"/>
          <w:rtl w:val="1"/>
          <w:bCs/>
          <w:szCs w:val="30"/>
        </w:rPr>
        <w:t>🔑 מפתח – חלק א׳: ששי ישראלי</w:t>
      </w:r>
      <w:bookmarkEnd w:id="50865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shd w:val="clear" w:fill="7C3AED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#</w:t>
            </w:r>
          </w:p>
        </w:tc>
        <w:tc>
          <w:tcPr>
            <w:tcW w:type="dxa" w:w="2551"/>
            <w:shd w:val="clear" w:fill="7C3AED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השאלה</w:t>
            </w:r>
          </w:p>
        </w:tc>
        <w:tc>
          <w:tcPr>
            <w:tcW w:type="dxa" w:w="2551"/>
            <w:shd w:val="clear" w:fill="7C3AED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התשובה</w:t>
            </w:r>
          </w:p>
        </w:tc>
        <w:tc>
          <w:tcPr>
            <w:tcW w:type="dxa" w:w="2551"/>
            <w:shd w:val="clear" w:fill="7C3AED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הסבר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מהו אגם המים המתוקים הגדול בישראל?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הכנרת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הכנרת נמצאת בצפון הארץ, ומימיה מתוקים. היא מקור מים חשוב.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2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באיזה ים המים כל כך מלוחים שאפשר לצוף בו בקלות?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ים המלח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בים המלח יש הרבה מאוד מלח, ולכן הגוף צף על המים כמעט בלי מאמץ.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3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איזה מדבר גדול משתרע בדרום ישראל?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הנגב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הנגב תופס חלק גדול משטח המדינה, מבאר שבע ועד אילת.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4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איזה סמל מופיע באמצע דגל ישראל?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מגן דוד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במרכז הדגל יש מגן דוד כחול, בין שני פסים כחולים.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5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באיזה חג נוהגים לנטוע עצים?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ט״ו בשבט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ט״ו בשבט הוא ראש השנה לאילנות, ונוהגים לנטוע בו עצים ולאכול פירות.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6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איזו מגילה קוראים בחג פורים?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מגילת אסתר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בפורים קוראים את מגילת אסתר, שמספרת על אסתר, מרדכי והמן.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7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כמה אותיות סופיות יש בעברית (כמו ך ו־ם)?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5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האותיות הסופיות הן ך, ם, ן, ף, ץ – חמש אותיות. סימן לזכירה: כמנפ״ץ.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8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מאיזה עץ מפיקים שמן ירוק-זהוב?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עץ הזית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מכתישת זיתים מפיקים שמן זית. הזית גדל בארץ כבר אלפי שנים.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9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באיזו עיר עולה הר הכרמל מעל לנמל גדול?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חיפה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חיפה בנויה על מורדות הכרמל, ולמרגלותיו נמל חיפה.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10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איזו חיה זריזה, עם קרניים מעוקלות, מטפסת על הצוקים בעין גדי?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יעל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היעלים מטפסים בקלות על סלעים תלולים ושותים ממעיינות עין גדי.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11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איך נקראת המנורה בת שבעת הקנים, שהייתה בבית המקדש?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המנורה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למנורה שבעה קנים. לחנוכייה, לעומתה, יש שמונה קנים ועוד שַׁמָּשׁ.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12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מה נוהגים לעשות בל״ג בעומר?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מדליקים מדורות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בל״ג בעומר נוהגים להדליק מדורות, לשיר ולשבת יחד בערב.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13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איך נקראים משחקי הספורט של ספורטאים יהודים מכל העולם, הנערכים בישראל?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המכביה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המכביה נערכת בישראל בדרך כלל אחת לארבע שנים, ומשתתפים בה ספורטאים מעשרות ארצות.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14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איזו עיר נמצאת בקצה הדרומי ביותר של ישראל?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אילת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אילת היא העיר הדרומית ביותר בישראל, על חוף הים האדום.</w:t>
            </w:r>
          </w:p>
        </w:tc>
      </w:tr>
    </w:tbl>
    <w:p>
      <w:pPr>
        <w:pStyle w:val="Heading2"/>
        <w:bidi w:val="1"/>
        <w:jc w:val="right"/>
      </w:pPr>
      <w:bookmarkStart w:id="96537" w:name="tkB"/>
      <w:r>
        <w:rPr>
          <w:rFonts w:ascii="Arial" w:hAnsi="Arial" w:cs="Arial"/>
          <w:b/>
          <w:color w:val="7C3AED"/>
          <w:sz w:val="30"/>
          <w:rtl w:val="1"/>
          <w:bCs/>
          <w:szCs w:val="30"/>
        </w:rPr>
        <w:t>🔑 מפתח – חלק ב׳: חידות ואחוזים</w:t>
      </w:r>
      <w:bookmarkEnd w:id="96537"/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🐄 ראשים ורגליים בחווה – ✅ 3 פרות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1. נניח שכל 7 החיות הן תרנגולות: 7 × 2 = 14 רגליים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2. חסרות 20 − 14 = 6 רגליים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3. כל פרה מוסיפה עוד 2 רגליים (4 במקום 2): 6 ÷ 2 = 3 פרות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4. בדיקה: 3 פרות (12 רגליים) + 4 תרנגולות (8 רגליים) = 20 ✔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🧱 מגדל הקוביות – ✅ 21 קוביות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1. נבדוק בכמה גדל כל מגדל: ‎+2, +3, +4, +5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2. בכל פעם מוסיפים אחד יותר מהפעם הקודמת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3. הבא: 15 + 6 = 21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⚖️ תפוחים על המאזניים – ✅ 200 גרם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1. מאוזנים = שני הצדדים שוקלים אותו דבר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2. 3 תפוחים = 600 גרם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3. 600 ÷ 3 = 200 גרם לתפוח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🕙 מסע בזמן על השעון – ✅ 3:00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1. 10:00 + 2 שעות = 12:00 (צהריים)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2. נשארו עוד 3 שעות: 12:00 + 3 = 3:00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3. בשעון 24 שעות זו 15:00, ובשעון מחוגים – 3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🪙 מטבעות בקופה – ✅ 2 מטבעות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1. ננסה: 1 של 5 ₪ + 3 של 2 ₪ = 5 + 6 = 11 – מעט מדי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2. 2 של 5 ₪ + 2 של 2 ₪ = 10 + 4 = 14 ✔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3. לכן יש 2 מטבעות של 5 ₪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🛁 מי אני? (חידת מילים) – ✅ מגבת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1. מה מייבש אותנו אחרי מקלחת? מגבת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2. המגבת סופגת את המים – ולכן היא נרטבת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3. זה ההפך המצחיק: מייבשת ונרטבת בו-זמנית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👭 שתי אחיות – ✅ 9 שנים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1. אם נוריד את 3 השנים ה"עודפות": 15 − 3 = 12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2. 12 מתחלק שווה בין שתיהן: 12 ÷ 2 = 6 – זה גיל האחות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3. עדי: 6 + 3 = 9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4. בדיקה: 9 + 6 = 15 ✔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🍰 רבע עוגה – ✅ 9 חתיכות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1. רבע = לחלק ל-4: ‏12 ÷ 4 = 3 חתיכות נאכלו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2. נשארו: 12 − 3 = 9 חתיכות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3. (נשארו שלושה רבעים מהעוגה)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🙋 הצבעה במועצת הכיתה – ✅ 7 תלמידים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1. חצי מ-28 = 14 (ספורט)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2. רבע מ-28 = 7 (יצירה)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3. 14 + 7 = 21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4. השאר: 28 − 21 = 7 (פיקניק)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🍓 שתילי התות – ✅ 15 שתילים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1. רבע מ-20 = 20 ÷ 4 = 5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2. שלושה רבעים = 3 × 5 = 15 שתילים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⚽ עונת הכדורגל – ✅ 4 משחקים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1. ניצחונות: חצי מ-16 = 8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2. משחקים בלי ניצחון: 16 − 8 = 8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3. תיקו: חצי מ-8 = 4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🔴 חצי של חצי – ✅ 10 גולות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1. אדומות: חצי מ-40 = 20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2. עם פסים: חצי מ-20 = 10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3. חצי של חצי = רבע: ‏40 ÷ 4 = 10 ✔</w:t>
      </w:r>
    </w:p>
    <w:p>
      <w:pPr>
        <w:pStyle w:val="Heading2"/>
        <w:bidi w:val="1"/>
        <w:jc w:val="right"/>
      </w:pPr>
      <w:bookmarkStart w:id="91883" w:name="tkC"/>
      <w:r>
        <w:rPr>
          <w:rFonts w:ascii="Arial" w:hAnsi="Arial" w:cs="Arial"/>
          <w:b/>
          <w:color w:val="7C3AED"/>
          <w:sz w:val="30"/>
          <w:rtl w:val="1"/>
          <w:bCs/>
          <w:szCs w:val="30"/>
        </w:rPr>
        <w:t>🔑 מפתח – חלק ג׳: מילה משותפת וגלו את המקום</w:t>
      </w:r>
      <w:bookmarkEnd w:id="91883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fill="7C3AED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ארבע המילים</w:t>
            </w:r>
          </w:p>
        </w:tc>
        <w:tc>
          <w:tcPr>
            <w:tcW w:type="dxa" w:w="3402"/>
            <w:shd w:val="clear" w:fill="7C3AED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המילה המשותפת</w:t>
            </w:r>
          </w:p>
        </w:tc>
        <w:tc>
          <w:tcPr>
            <w:tcW w:type="dxa" w:w="3402"/>
            <w:shd w:val="clear" w:fill="7C3AED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הצירופים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ירח · ירוק · נר · כוכבים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אור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אור ירח, אור ירוק (ברמזור), אור נר, אור כוכבים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הרים · תחתית · משא · קלה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רכבת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רכבת הרים, רכבת תחתית, רכבת משא, רכבת קלה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שינה · אוכל · מורים · כושר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חדר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חדר שינה, חדר אוכל, חדר מורים, חדר כושר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יד · מעורר · חול · קיר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שעון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שעון יד, שעון מעורר, שעון חול, שעון קיר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זהב · חרב · ליצן · מלוח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דג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דג זהב, דג חרב, דג ליצן, דג מלוח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ים · שביט · לכת · נופל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כוכב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כוכב ים, כוכב שביט, כוכב לכת, כוכב נופל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עיתון · כסף · זכוכית · טואלט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נייר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נייר עיתון, נייר כסף, נייר זכוכית, נייר טואלט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fill="7C3AED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רמזים</w:t>
            </w:r>
          </w:p>
        </w:tc>
        <w:tc>
          <w:tcPr>
            <w:tcW w:type="dxa" w:w="3402"/>
            <w:shd w:val="clear" w:fill="7C3AED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המקום</w:t>
            </w:r>
          </w:p>
        </w:tc>
        <w:tc>
          <w:tcPr>
            <w:tcW w:type="dxa" w:w="3402"/>
            <w:shd w:val="clear" w:fill="7C3AED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הסבר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🧂 ⬇️ 🛟 🏜️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ים המלח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ים המלח נמצא כ-430 מטר מתחת לפני הים – המקום הנמוך ביותר ביבשה בעולם. המים מלוחים מאוד וצפים עליהם בקלות.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💧 🐟 🌿 🎻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הכנרת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הכנרת היא אגם מים מתוקים בצפון הארץ. לפי ההסבר המוכר, שמה בא מצורתה הדומה לכינור.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❄️ ⛷️ 🏔️ 🌲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הר החרמון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החרמון הוא ההר הגבוה במפה של ישראל, ובחורף מכסה אותו שלג.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🐠 🪸 ☀️ ⛵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אילת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אילת שוכנת לחוף מפרץ אילת בים סוף, ובמים שלה יש שונית אלמוגים צבעונית.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🧱 🏛️ ⛰️ 🕊️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ירושלים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ירושלים היא בירת ישראל. בעיר העתיקה יש חומה עתיקה ושערים רבים.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🌳 🦌 ⛺ 🗺️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פארק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בפארק יש דשא, עצים ומתקנים – מקום מצוין לפיקניק.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🖼️ 🏺 🦖 🎟️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מוזיאון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במוזיאון מציגים אוצרות מהעבר, אמנות ומדע.</w:t>
            </w:r>
          </w:p>
        </w:tc>
      </w:tr>
    </w:tbl>
    <w:p>
      <w:pPr>
        <w:pStyle w:val="Heading2"/>
        <w:bidi w:val="1"/>
        <w:jc w:val="right"/>
      </w:pPr>
      <w:bookmarkStart w:id="70768" w:name="tkE"/>
      <w:r>
        <w:rPr>
          <w:rFonts w:ascii="Arial" w:hAnsi="Arial" w:cs="Arial"/>
          <w:b/>
          <w:color w:val="7C3AED"/>
          <w:sz w:val="30"/>
          <w:rtl w:val="1"/>
          <w:bCs/>
          <w:szCs w:val="30"/>
        </w:rPr>
        <w:t>🔐 מפתח – חדרי הבריחה</w:t>
      </w:r>
      <w:bookmarkEnd w:id="70768"/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🚂 הַכַּרְטִיסִים שֶׁל הָרַכֶּבֶת – 🔓 קוד: 9540 · ⏳ 10 דק׳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שלב 1: 9 מושבים (3×3) → 9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שלב 2: בשעה 5:00 → 5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שלב 3: 4 אותיות: ר, כ, ב, ת → 4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שלב 4: 0 → 0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🏜️ הסוד של הקרוואן במדבר – 🔓 קוד: 6385 · ⏳ 10 דק׳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שלב 1: 6 יישובים (3×2) → 6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שלב 2: 3 תמרים (15−12) → 3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שלב 3: עַקְרָב – יש לו 8 רגליים → 8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שלב 4: 5 (6+3+8=17, ו-17−12=5) → 5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🦕 המנעול של חדר הדינוזאורים – 🔓 קוד: 6157 · ⏳ 10 דק׳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שלב 1: 6 קרניים (2×3) → 6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שלב 2: הצעד השביעי גדול ← הספרה 1 → 1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שלב 3: 5 אותיות: מ, א, ו, ב, ן → 5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שלב 4: 7 פנסים (10−3) → 7</w:t>
      </w:r>
    </w:p>
    <w:p>
      <w:pPr>
        <w:pStyle w:val="Heading2"/>
        <w:bidi w:val="1"/>
        <w:jc w:val="right"/>
      </w:pPr>
      <w:bookmarkStart w:id="57857" w:name="tv"/>
      <w:r>
        <w:rPr>
          <w:rFonts w:ascii="Arial" w:hAnsi="Arial" w:cs="Arial"/>
          <w:b/>
          <w:color w:val="7C3AED"/>
          <w:sz w:val="30"/>
          <w:rtl w:val="1"/>
          <w:bCs/>
          <w:szCs w:val="30"/>
        </w:rPr>
        <w:t>🔎 לוודא לפני השיעור</w:t>
      </w:r>
      <w:bookmarkEnd w:id="57857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ים המלח – ים המלח נמצא כ-430 מטר מתחת לפני הים – המקום הנמוך ביותר ביבשה בעולם. המים מלוחים מאוד וצפים עליהם בקלות.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הכנרת – הכנרת היא אגם מים מתוקים בצפון הארץ. לפי ההסבר המוכר, שמה בא מצורתה הדומה לכינור.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הר החרמון – החרמון הוא ההר הגבוה במפה של ישראל, ובחורף מכסה אותו שלג.</w:t>
      </w:r>
    </w:p>
    <w:p>
      <w:r>
        <w:br w:type="page"/>
      </w:r>
    </w:p>
    <w:p>
      <w:pPr>
        <w:pStyle w:val="Heading1"/>
        <w:bidi w:val="1"/>
        <w:jc w:val="right"/>
      </w:pPr>
      <w:bookmarkStart w:id="29239" w:name="stop"/>
      <w:r>
        <w:rPr>
          <w:rFonts w:ascii="Arial" w:hAnsi="Arial" w:cs="Arial"/>
          <w:b/>
          <w:color w:val="7C3AED"/>
          <w:sz w:val="40"/>
          <w:rtl w:val="1"/>
          <w:bCs/>
          <w:szCs w:val="40"/>
        </w:rPr>
        <w:t>🧒 דפי התלמיד/ה</w:t>
      </w:r>
      <w:bookmarkEnd w:id="29239"/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שם: ______________   כיתה: ______   תאריך: __________</w:t>
      </w:r>
    </w:p>
    <w:p>
      <w:pPr>
        <w:bidi w:val="1"/>
        <w:jc w:val="right"/>
      </w:pPr>
      <w:r>
        <w:rPr>
          <w:rFonts w:ascii="Arial" w:hAnsi="Arial" w:cs="Arial"/>
          <w:b/>
          <w:sz w:val="26"/>
          <w:rtl w:val="1"/>
          <w:bCs/>
          <w:szCs w:val="26"/>
        </w:rPr>
        <w:t>ברוכים הבאים לעולם החידות! קראו כל משימה בעיון, חשבו לבד או בזוג, וסמנו או כתבו את התשובה. בהצלחה! 🎯</w:t>
      </w:r>
    </w:p>
    <w:p>
      <w:pPr>
        <w:pStyle w:val="Heading2"/>
        <w:bidi w:val="1"/>
        <w:jc w:val="right"/>
      </w:pPr>
      <w:bookmarkStart w:id="33970" w:name="sA"/>
      <w:r>
        <w:rPr>
          <w:rFonts w:ascii="Arial" w:hAnsi="Arial" w:cs="Arial"/>
          <w:b/>
          <w:color w:val="7C3AED"/>
          <w:sz w:val="30"/>
          <w:rtl w:val="1"/>
          <w:bCs/>
          <w:szCs w:val="30"/>
        </w:rPr>
        <w:t>חלק א׳ – 🇮🇱 ששי ישראלי</w:t>
      </w:r>
      <w:bookmarkEnd w:id="33970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בכל שאלה הקיפו בעיגול את התשובה הנכונה.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1. 💧 מהו אגם המים המתוקים הגדול בישראל?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הכנרת   ◯ ים המלח   ◯ מפרץ אילת   ◯ הים התיכון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2. 🧂 באיזה ים המים כל כך מלוחים שאפשר לצוף בו בקלות?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הכנרת   ◯ הים האדום   ◯ ים המלח   ◯ הים התיכון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3. 🏜️ איזה מדבר גדול משתרע בדרום ישראל?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סהרה   ◯ אטקמה   ◯ הנגב   ◯ גובי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4. ✡️ איזה סמל מופיע באמצע דגל ישראל?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יונה   ◯ מגן דוד   ◯ מנורה   ◯ עלה של זית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5. 🌳 באיזה חג נוהגים לנטוע עצים?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ל״ג בעומר   ◯ ט״ו בשבט   ◯ שבועות   ◯ פורים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6. 📜 איזו מגילה קוראים בחג פורים?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מגילת אסתר   ◯ שיר השירים   ◯ מגילת רות   ◯ מגילת איכה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7. 🔡 כמה אותיות סופיות יש בעברית (כמו ך ו־ם)?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3   ◯ 7   ◯ 10   ◯ 5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8. 🫒 מאיזה עץ מפיקים שמן ירוק-זהוב?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עץ הזית   ◯ עץ האורן   ◯ עץ האלון   ◯ עץ הברוש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9. ⛰️ באיזו עיר עולה הר הכרמל מעל לנמל גדול?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טבריה   ◯ באר שבע   ◯ ערד   ◯ חיפה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10. 🐐 איזו חיה זריזה, עם קרניים מעוקלות, מטפסת על הצוקים בעין גדי?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יעל   ◯ שועל   ◯ צבי   ◯ גמל</w:t>
      </w:r>
    </w:p>
    <w:p>
      <w:pPr>
        <w:pStyle w:val="Heading2"/>
        <w:bidi w:val="1"/>
        <w:jc w:val="right"/>
      </w:pPr>
      <w:bookmarkStart w:id="83695" w:name="sB"/>
      <w:r>
        <w:rPr>
          <w:rFonts w:ascii="Arial" w:hAnsi="Arial" w:cs="Arial"/>
          <w:b/>
          <w:color w:val="7C3AED"/>
          <w:sz w:val="30"/>
          <w:rtl w:val="1"/>
          <w:bCs/>
          <w:szCs w:val="30"/>
        </w:rPr>
        <w:t>חלק ב׳ – 🔢 חידה בקטנה</w:t>
      </w:r>
      <w:bookmarkEnd w:id="83695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קראו את החידה שבתיבה, כתבו את דרך הפתרון ואת התשובה.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🐄 ראשים ורגליים בחווה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בחווה יש רק פרות ותרנגולות. ספרנו 7 ראשים ו-20 רגליים. כמה פרות יש בחווה?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דרך הפתרון והתשובה: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🧱 מגדל הקוביות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נוי בונה מגדלי קוביות: במגדל הראשון 1 קובייה, אחר כך 3, אחר כך 6, אחר כך 10, אחר כך 15. כמה קוביות יהיו במגדל הבא?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דרך הפתרון והתשובה: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⚖️ תפוחים על המאזניים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בצד אחד של המאזניים 3 תפוחים שווים במשקל, ובצד השני משקולת של 600 גרם. המאזניים מאוזנים. כמה שוקל תפוח אחד?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דרך הפתרון והתשובה: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🍰 רבע עוגה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עוגת יום הולדת חתוכה ל-12 חתיכות שוות. בהפסקה אכלו רבע מהעוגה. כמה חתיכות נשארו?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דרך הפתרון והתשובה: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🙋 הצבעה במועצת הכיתה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בכיתה 28 תלמידים ותלמידות. חצי הצביעו בעד "יום ספורט", רבע בעד "יום יצירה", והשאר בעד "פיקניק". כמה הצביעו בעד פיקניק?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דרך הפתרון והתשובה: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pStyle w:val="Heading2"/>
        <w:bidi w:val="1"/>
        <w:jc w:val="right"/>
      </w:pPr>
      <w:bookmarkStart w:id="24386" w:name="sC"/>
      <w:r>
        <w:rPr>
          <w:rFonts w:ascii="Arial" w:hAnsi="Arial" w:cs="Arial"/>
          <w:b/>
          <w:color w:val="7C3AED"/>
          <w:sz w:val="30"/>
          <w:rtl w:val="1"/>
          <w:bCs/>
          <w:szCs w:val="30"/>
        </w:rPr>
        <w:t>חלק ג׳ – 🧩 מילה משותפת ו📍 גלו את המקום</w:t>
      </w:r>
      <w:bookmarkEnd w:id="24386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מצאו את המילה שמתחברת לכל ארבע המילים, וכתבו אותה בשורה. אחר כך גלו את המקום לפי הרמזים.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🌙 ירח · 🟢 ירוק · 🕯️ נר · ✨ כוכבים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🎢 הרים · 🚇 תחתית · 📦 משא · 🚊 קלה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🛏️ שינה · 🍽️ אוכל · 👩‍🏫 מורים · 🏋️ כושר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⌚ יד · 🔔 מעורר · ⏳ חול · 🧱 קיר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🥇 זהב · 🗡️ חרב · 🤡 ליצן · 🧂 מלוח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🌊 ים · ☄️ שביט · 🪐 לכת · 🌠 נופל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🧂 ⬇️ 🛟 🏜️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המקום הנמוך ביותר ביבשה בעולם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_ _ _ _ _ _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💧 🐟 🌿 🎻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אגם של מים מתוקים, ויש אומרים שצורתו כמו כלי נגינה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_ _ _ _ _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❄️ ⛷️ 🏔️ 🌲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בחורף יש עליו שלג ואפשר לגלוש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_ _ _ _ _ _ _ _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🐠 🪸 ☀️ ⛵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העיר הדרומית ביותר בישראל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_ _ _ _</w:t>
            </w:r>
          </w:p>
        </w:tc>
      </w:tr>
    </w:tbl>
    <w:p>
      <w:pPr>
        <w:pStyle w:val="Heading2"/>
        <w:bidi w:val="1"/>
        <w:jc w:val="right"/>
      </w:pPr>
      <w:bookmarkStart w:id="24758" w:name="sE"/>
      <w:r>
        <w:rPr>
          <w:rFonts w:ascii="Arial" w:hAnsi="Arial" w:cs="Arial"/>
          <w:b/>
          <w:color w:val="7C3AED"/>
          <w:sz w:val="30"/>
          <w:rtl w:val="1"/>
          <w:bCs/>
          <w:szCs w:val="30"/>
        </w:rPr>
        <w:t>🔐 חדר בריחה על הדף: הַכַּרְטִיסִים שֶׁל הָרַכֶּבֶת</w:t>
      </w:r>
      <w:bookmarkEnd w:id="24758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🚂 רכבת קטנה שעצרה בתחנה שקטה בין ההרים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הרכבת הקטנה עצרה בתחנה באמצע הדרך. הכַּרְטִיסָנִית גילתה שתיבת הכרטיסים נעולה במנעול של 4 ספרות. בלי הכרטיסים אי אפשר להמשיך לנסוע! הנוסעים והנוסעות החליטו לחפש רמזים בקרון.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שלב 1: בקרון הראשון יש 3 שורות של מושבים, ובכל שורה 3 מושבים.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כמה מושבים יש בקרון? המספר הוא הספרה הראשונה.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שלב 2: על השעון בתחנה כתוב: הרכבת יצאה בשעה 3:00 ונסעה שעתיים עד לכאן.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באיזו שעה הגיעה הרכבת לתחנה? מספר השעה הוא הספרה השנייה.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שלב 3: על כל כרטיס מודפסת המילה: רכבת.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כמה אותיות יש במילה 'רכבת'? זו הספרה השלישית.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שלב 4: על החלון יש מדבקות עם מספרים: 20, 15, 10, 5, ?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איזה מספר בא אחרי 5? זו הספרה האחרונה.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sz w:val="26"/>
          <w:rtl w:val="1"/>
          <w:bCs/>
          <w:szCs w:val="26"/>
        </w:rPr>
        <w:t xml:space="preserve">🔒 הקוד שלנו:   ▢   ▢   ▢   ▢ </w:t>
      </w:r>
    </w:p>
    <w:p>
      <w:pPr>
        <w:pStyle w:val="Heading2"/>
        <w:bidi w:val="1"/>
        <w:jc w:val="right"/>
      </w:pPr>
      <w:bookmarkStart w:id="7863" w:name="sW"/>
      <w:r>
        <w:rPr>
          <w:rFonts w:ascii="Arial" w:hAnsi="Arial" w:cs="Arial"/>
          <w:b/>
          <w:color w:val="7C3AED"/>
          <w:sz w:val="30"/>
          <w:rtl w:val="1"/>
          <w:bCs/>
          <w:szCs w:val="30"/>
        </w:rPr>
        <w:t>✍️ חידה משלי</w:t>
      </w:r>
      <w:bookmarkEnd w:id="7863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כתבו חידה, שאלת טריוויה או סט 'מילה משותפת' משלכם – והחליפו עם חבר/ה.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666666"/>
          <w:sz w:val="22"/>
          <w:rtl w:val="1"/>
          <w:szCs w:val="22"/>
        </w:rPr>
        <w:t>✂ - - - - - - - - - - - - - - - - - - - - - - - - - - - - - - - -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🎫 כרטיס יציאה    שם: __________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1. איזו חידה הייתה הכי מאתגרת בעיניי ולמה?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______________________________________________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2. דבר אחד חדש שלמדתי על ישראל: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______________________________________________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3. איך עבדתי עם הקבוצה? ⭐⭐⭐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______________________________________________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right"/>
    </w:pPr>
    <w:r>
      <w:rPr>
        <w:rFonts w:ascii="Arial" w:hAnsi="Arial" w:cs="Arial"/>
        <w:color w:val="888888"/>
        <w:sz w:val="16"/>
        <w:rtl w:val="1"/>
        <w:szCs w:val="16"/>
      </w:rPr>
      <w:t>חידות וטריוויה – חוברת מלאה (מורה + תלמיד) – ג׳–ד׳ ·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חידות וטריוויה – חוברת מלאה (מורה + תלמיד) – ג׳–ד׳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